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012" w:rsidRPr="007D2CA0" w:rsidRDefault="00625E5A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b/>
          <w:sz w:val="24"/>
          <w:szCs w:val="24"/>
        </w:rPr>
        <w:t>ZAŁĄCZNIK NR 2 – FORMULARZ OFERTOWY</w:t>
      </w:r>
    </w:p>
    <w:p w:rsidR="00625E5A" w:rsidRPr="007D2CA0" w:rsidRDefault="00625E5A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 xml:space="preserve">Projekt: „STEAMove Przedszkole – wsparcie edukacji przedszkolnej w Gminie Wisznice”, </w:t>
      </w:r>
    </w:p>
    <w:p w:rsidR="00945012" w:rsidRPr="007D2CA0" w:rsidRDefault="00625E5A">
      <w:pPr>
        <w:spacing w:after="80"/>
        <w:jc w:val="center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nr FELU.10.02-IZ.00-0113/25</w:t>
      </w:r>
    </w:p>
    <w:p w:rsidR="00945012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Nazwa Wykonawcy: _________________________________________________</w:t>
      </w:r>
    </w:p>
    <w:p w:rsidR="00945012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Adres: ____________________________________________________________</w:t>
      </w:r>
    </w:p>
    <w:p w:rsidR="00945012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NIP: __________________________ REGON: ___________________________</w:t>
      </w:r>
    </w:p>
    <w:p w:rsidR="00945012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Telefon: ______________________ E-mail: ____________________________</w:t>
      </w:r>
    </w:p>
    <w:tbl>
      <w:tblPr>
        <w:tblStyle w:val="Tabela-Siatka"/>
        <w:tblW w:w="13178" w:type="dxa"/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2268"/>
        <w:gridCol w:w="1701"/>
        <w:gridCol w:w="2268"/>
        <w:gridCol w:w="2693"/>
      </w:tblGrid>
      <w:tr w:rsidR="000218FB" w:rsidRPr="007D2CA0" w:rsidTr="000218FB">
        <w:trPr>
          <w:trHeight w:val="428"/>
        </w:trPr>
        <w:tc>
          <w:tcPr>
            <w:tcW w:w="1129" w:type="dxa"/>
            <w:shd w:val="clear" w:color="auto" w:fill="D9EAF7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119" w:type="dxa"/>
            <w:shd w:val="clear" w:color="auto" w:fill="D9EAF7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>Rodzaj warsztatów</w:t>
            </w:r>
          </w:p>
        </w:tc>
        <w:tc>
          <w:tcPr>
            <w:tcW w:w="2268" w:type="dxa"/>
            <w:shd w:val="clear" w:color="auto" w:fill="D9EAF7"/>
            <w:vAlign w:val="center"/>
          </w:tcPr>
          <w:p w:rsidR="00BA4030" w:rsidRDefault="00BA4030" w:rsidP="007D2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Cena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tto </w:t>
            </w:r>
          </w:p>
          <w:p w:rsidR="00BA4030" w:rsidRPr="007D2CA0" w:rsidRDefault="00BA4030" w:rsidP="007D2C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uczestnika</w:t>
            </w: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(zł)</w:t>
            </w:r>
          </w:p>
        </w:tc>
        <w:tc>
          <w:tcPr>
            <w:tcW w:w="1701" w:type="dxa"/>
            <w:shd w:val="clear" w:color="auto" w:fill="D9EAF7"/>
          </w:tcPr>
          <w:p w:rsidR="00BA4030" w:rsidRDefault="00BA4030" w:rsidP="007D2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4030" w:rsidRPr="007D2CA0" w:rsidRDefault="00BA4030" w:rsidP="007D2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VAT (zł)</w:t>
            </w:r>
          </w:p>
        </w:tc>
        <w:tc>
          <w:tcPr>
            <w:tcW w:w="2268" w:type="dxa"/>
            <w:shd w:val="clear" w:color="auto" w:fill="D9EAF7"/>
          </w:tcPr>
          <w:p w:rsidR="000218FB" w:rsidRDefault="000218FB" w:rsidP="007D2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4030" w:rsidRDefault="00BA4030" w:rsidP="007D2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Cena brutto</w:t>
            </w:r>
          </w:p>
          <w:p w:rsidR="00BA4030" w:rsidRPr="007D2CA0" w:rsidRDefault="00BA4030" w:rsidP="007D2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za 1 uczestnika (zł)</w:t>
            </w:r>
          </w:p>
        </w:tc>
        <w:tc>
          <w:tcPr>
            <w:tcW w:w="2693" w:type="dxa"/>
            <w:shd w:val="clear" w:color="auto" w:fill="D9EAF7"/>
          </w:tcPr>
          <w:p w:rsidR="00BA4030" w:rsidRDefault="00BA4030" w:rsidP="007D2C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Łączna kwota za przeprowadzenie warsztatów (Liczba uczestników x cena brutto za 1 uczestnika)</w:t>
            </w:r>
          </w:p>
        </w:tc>
      </w:tr>
      <w:tr w:rsidR="000218FB" w:rsidRPr="007D2CA0" w:rsidTr="000218FB">
        <w:trPr>
          <w:trHeight w:val="573"/>
        </w:trPr>
        <w:tc>
          <w:tcPr>
            <w:tcW w:w="1129" w:type="dxa"/>
            <w:vAlign w:val="center"/>
          </w:tcPr>
          <w:p w:rsidR="00BA4030" w:rsidRPr="007D2CA0" w:rsidRDefault="00BA4030" w:rsidP="00FB0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 xml:space="preserve">Część  1 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zmysłowe ekologiczne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(4 grupy 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średnio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 20 osób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, 1 h warsztat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BA4030" w:rsidRPr="007D2CA0" w:rsidRDefault="00BA4030" w:rsidP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455"/>
        </w:trPr>
        <w:tc>
          <w:tcPr>
            <w:tcW w:w="1129" w:type="dxa"/>
            <w:vAlign w:val="center"/>
          </w:tcPr>
          <w:p w:rsidR="00BA4030" w:rsidRPr="007D2CA0" w:rsidRDefault="00BA4030" w:rsidP="00FB0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 xml:space="preserve">Część  2 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zmysłowe czekoladowe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(4 grupy średnio po 20 osób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, 1 h warsztat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BA4030" w:rsidRPr="007D2CA0" w:rsidRDefault="00BA4030" w:rsidP="007D2C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535"/>
        </w:trPr>
        <w:tc>
          <w:tcPr>
            <w:tcW w:w="1129" w:type="dxa"/>
            <w:vAlign w:val="center"/>
          </w:tcPr>
          <w:p w:rsidR="00BA4030" w:rsidRPr="007D2CA0" w:rsidRDefault="00BA4030" w:rsidP="00FB0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 xml:space="preserve">Część  3 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zmysłowe lizakowe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dla 80 uczestników 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619"/>
        </w:trPr>
        <w:tc>
          <w:tcPr>
            <w:tcW w:w="1129" w:type="dxa"/>
            <w:vAlign w:val="center"/>
          </w:tcPr>
          <w:p w:rsidR="00BA4030" w:rsidRPr="007D2CA0" w:rsidRDefault="00BA4030" w:rsidP="00FB0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 xml:space="preserve">Część  4 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kreatywno-plastyczne – malowanie EKO TOREB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602"/>
        </w:trPr>
        <w:tc>
          <w:tcPr>
            <w:tcW w:w="1129" w:type="dxa"/>
            <w:vAlign w:val="center"/>
          </w:tcPr>
          <w:p w:rsidR="00BA4030" w:rsidRPr="007D2CA0" w:rsidRDefault="00BA4030" w:rsidP="00FB0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 xml:space="preserve">Część 5 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kreatywno-plastyczne – LAS W SŁOIKU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 xml:space="preserve"> 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573"/>
        </w:trPr>
        <w:tc>
          <w:tcPr>
            <w:tcW w:w="1129" w:type="dxa"/>
            <w:vAlign w:val="center"/>
          </w:tcPr>
          <w:p w:rsidR="00BA4030" w:rsidRPr="007D2CA0" w:rsidRDefault="00BA4030" w:rsidP="00FB0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 xml:space="preserve">Część 6 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zmysłowe klockowe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427"/>
        </w:trPr>
        <w:tc>
          <w:tcPr>
            <w:tcW w:w="112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Część 7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zmysłowe ceramiczne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634"/>
        </w:trPr>
        <w:tc>
          <w:tcPr>
            <w:tcW w:w="112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Część 8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zmysłowe kulinarno-chemiczne – KUCHNIA MOLEKULARNA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703"/>
        </w:trPr>
        <w:tc>
          <w:tcPr>
            <w:tcW w:w="112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Część 9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ruchowo-sensoryczne – ZABAWY NA 8 ZMYSŁÓW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473"/>
        </w:trPr>
        <w:tc>
          <w:tcPr>
            <w:tcW w:w="112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Część 10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 xml:space="preserve">Warsztaty zmysłowe </w:t>
            </w:r>
            <w:proofErr w:type="spellStart"/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sensoplastyczne</w:t>
            </w:r>
            <w:proofErr w:type="spellEnd"/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428"/>
        </w:trPr>
        <w:tc>
          <w:tcPr>
            <w:tcW w:w="112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Część 11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SZALONY NAUKOWIEC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428"/>
        </w:trPr>
        <w:tc>
          <w:tcPr>
            <w:tcW w:w="112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Część 12</w:t>
            </w:r>
          </w:p>
        </w:tc>
        <w:tc>
          <w:tcPr>
            <w:tcW w:w="311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zmysłowe pszczelarskie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>(4 grupy średnio po 20 osób, 1 h warsztat)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428"/>
        </w:trPr>
        <w:tc>
          <w:tcPr>
            <w:tcW w:w="1129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Część 13</w:t>
            </w:r>
          </w:p>
        </w:tc>
        <w:tc>
          <w:tcPr>
            <w:tcW w:w="3119" w:type="dxa"/>
            <w:vAlign w:val="center"/>
          </w:tcPr>
          <w:p w:rsidR="000218FB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sz w:val="24"/>
                <w:szCs w:val="24"/>
              </w:rPr>
              <w:t>Warsztaty – MOBILNE OCEANARIUM / PLANETARIUM</w:t>
            </w:r>
            <w:r w:rsidR="000218FB">
              <w:rPr>
                <w:rFonts w:ascii="Times New Roman" w:hAnsi="Times New Roman" w:cs="Times New Roman"/>
                <w:sz w:val="24"/>
                <w:szCs w:val="24"/>
              </w:rPr>
              <w:t xml:space="preserve"> dla 80 uczestników </w:t>
            </w:r>
            <w:r w:rsidR="00EC0F96">
              <w:rPr>
                <w:rFonts w:ascii="Times New Roman" w:hAnsi="Times New Roman" w:cs="Times New Roman"/>
                <w:sz w:val="24"/>
                <w:szCs w:val="24"/>
              </w:rPr>
              <w:t xml:space="preserve">(4 grupy średnio po 20 osób 1 warsztat Mobilne oceanarium i 4 grupy średnio po 20 osób 1 warsztat Planetarium, 1 h warsztat, łącznie 2 h) </w:t>
            </w:r>
          </w:p>
        </w:tc>
        <w:tc>
          <w:tcPr>
            <w:tcW w:w="2268" w:type="dxa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E44" w:rsidRPr="007D2CA0" w:rsidTr="000218FB">
        <w:trPr>
          <w:trHeight w:val="428"/>
        </w:trPr>
        <w:tc>
          <w:tcPr>
            <w:tcW w:w="1129" w:type="dxa"/>
            <w:vAlign w:val="center"/>
          </w:tcPr>
          <w:p w:rsidR="00EE0E44" w:rsidRPr="007D2CA0" w:rsidRDefault="00EE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Część 14</w:t>
            </w:r>
          </w:p>
        </w:tc>
        <w:tc>
          <w:tcPr>
            <w:tcW w:w="3119" w:type="dxa"/>
            <w:vAlign w:val="center"/>
          </w:tcPr>
          <w:p w:rsidR="00EE0E44" w:rsidRPr="007D2CA0" w:rsidRDefault="00EE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7E1C">
              <w:rPr>
                <w:rFonts w:ascii="Times New Roman" w:hAnsi="Times New Roman" w:cs="Times New Roman"/>
                <w:sz w:val="24"/>
                <w:szCs w:val="24"/>
              </w:rPr>
              <w:t>Teatr w Przedszkolu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</w:rPr>
              <w:t xml:space="preserve">4 grupy × śr. 20 po </w:t>
            </w:r>
            <w:r w:rsidRPr="00034222">
              <w:rPr>
                <w:rFonts w:ascii="Times New Roman" w:hAnsi="Times New Roman" w:cs="Times New Roman"/>
                <w:sz w:val="22"/>
              </w:rPr>
              <w:t xml:space="preserve">2 </w:t>
            </w:r>
            <w:r>
              <w:rPr>
                <w:rFonts w:ascii="Times New Roman" w:hAnsi="Times New Roman" w:cs="Times New Roman"/>
                <w:sz w:val="22"/>
              </w:rPr>
              <w:t>spektakle</w:t>
            </w:r>
            <w:r w:rsidRPr="00034222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2268" w:type="dxa"/>
            <w:vAlign w:val="center"/>
          </w:tcPr>
          <w:p w:rsidR="00EE0E44" w:rsidRPr="007D2CA0" w:rsidRDefault="00EE0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EE0E44" w:rsidRPr="007D2CA0" w:rsidRDefault="00EE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E0E44" w:rsidRPr="007D2CA0" w:rsidRDefault="00EE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E0E44" w:rsidRPr="007D2CA0" w:rsidRDefault="00EE0E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18FB" w:rsidRPr="007D2CA0" w:rsidTr="000218FB">
        <w:trPr>
          <w:trHeight w:val="574"/>
        </w:trPr>
        <w:tc>
          <w:tcPr>
            <w:tcW w:w="1129" w:type="dxa"/>
            <w:shd w:val="clear" w:color="auto" w:fill="EAF2F8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EAF2F8"/>
            <w:vAlign w:val="center"/>
          </w:tcPr>
          <w:p w:rsidR="00BA4030" w:rsidRPr="007D2CA0" w:rsidRDefault="00BA40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>RAZEM</w:t>
            </w:r>
          </w:p>
        </w:tc>
        <w:tc>
          <w:tcPr>
            <w:tcW w:w="2268" w:type="dxa"/>
            <w:shd w:val="clear" w:color="auto" w:fill="EAF2F8"/>
            <w:vAlign w:val="center"/>
          </w:tcPr>
          <w:p w:rsidR="000218FB" w:rsidRPr="000218FB" w:rsidRDefault="00BA4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CA0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</w:p>
        </w:tc>
        <w:tc>
          <w:tcPr>
            <w:tcW w:w="1701" w:type="dxa"/>
            <w:shd w:val="clear" w:color="auto" w:fill="EAF2F8"/>
          </w:tcPr>
          <w:p w:rsidR="00BA4030" w:rsidRPr="007D2CA0" w:rsidRDefault="00BA4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EAF2F8"/>
          </w:tcPr>
          <w:p w:rsidR="00BA4030" w:rsidRPr="007D2CA0" w:rsidRDefault="00BA4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EAF2F8"/>
          </w:tcPr>
          <w:p w:rsidR="00BA4030" w:rsidRPr="007D2CA0" w:rsidRDefault="00BA40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25E5A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</w:p>
    <w:p w:rsidR="00945012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Cena całkowita brutto oferty: __________________________ zł</w:t>
      </w:r>
    </w:p>
    <w:p w:rsidR="00945012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Cena słownie: ________________________________________________________________</w:t>
      </w:r>
    </w:p>
    <w:p w:rsidR="000218FB" w:rsidRDefault="000218FB">
      <w:pPr>
        <w:spacing w:after="80"/>
        <w:rPr>
          <w:rFonts w:ascii="Times New Roman" w:hAnsi="Times New Roman" w:cs="Times New Roman"/>
          <w:sz w:val="24"/>
          <w:szCs w:val="24"/>
        </w:rPr>
      </w:pPr>
    </w:p>
    <w:p w:rsidR="00625E5A" w:rsidRPr="007D2CA0" w:rsidRDefault="00625E5A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Oświadczamy, że cena obejmuje wszystkie koszty niezbędne do prawidłowej realizacji Zamówienia.</w:t>
      </w:r>
    </w:p>
    <w:p w:rsidR="0019754C" w:rsidRPr="007D2CA0" w:rsidRDefault="0019754C">
      <w:pPr>
        <w:spacing w:after="80"/>
        <w:rPr>
          <w:rFonts w:ascii="Times New Roman" w:hAnsi="Times New Roman" w:cs="Times New Roman"/>
          <w:sz w:val="24"/>
          <w:szCs w:val="24"/>
        </w:rPr>
      </w:pPr>
    </w:p>
    <w:p w:rsidR="00EC0F96" w:rsidRDefault="00EC0F96" w:rsidP="0019754C">
      <w:pPr>
        <w:spacing w:after="80"/>
        <w:rPr>
          <w:rFonts w:ascii="Times New Roman" w:hAnsi="Times New Roman" w:cs="Times New Roman"/>
          <w:sz w:val="24"/>
          <w:szCs w:val="24"/>
        </w:rPr>
      </w:pPr>
    </w:p>
    <w:p w:rsidR="008A05E5" w:rsidRPr="00EC0F96" w:rsidRDefault="00625E5A" w:rsidP="00EC0F96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7D2CA0">
        <w:rPr>
          <w:rFonts w:ascii="Times New Roman" w:hAnsi="Times New Roman" w:cs="Times New Roman"/>
          <w:sz w:val="24"/>
          <w:szCs w:val="24"/>
        </w:rPr>
        <w:t>Miejscowość i data: ______________________    Podpis: ______________________________</w:t>
      </w:r>
    </w:p>
    <w:sectPr w:rsidR="008A05E5" w:rsidRPr="00EC0F96" w:rsidSect="000218FB">
      <w:headerReference w:type="default" r:id="rId8"/>
      <w:footerReference w:type="default" r:id="rId9"/>
      <w:pgSz w:w="15840" w:h="12240" w:orient="landscape"/>
      <w:pgMar w:top="1247" w:right="1134" w:bottom="124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0AD" w:rsidRDefault="00D170AD">
      <w:pPr>
        <w:spacing w:after="0" w:line="240" w:lineRule="auto"/>
      </w:pPr>
      <w:r>
        <w:separator/>
      </w:r>
    </w:p>
  </w:endnote>
  <w:endnote w:type="continuationSeparator" w:id="0">
    <w:p w:rsidR="00D170AD" w:rsidRDefault="00D17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40EB" w:rsidRPr="009C0B90" w:rsidRDefault="00EE40EB" w:rsidP="00EE40EB">
    <w:pPr>
      <w:pStyle w:val="Stopka"/>
      <w:jc w:val="center"/>
      <w:rPr>
        <w:rFonts w:ascii="Times New Roman" w:hAnsi="Times New Roman" w:cs="Times New Roman"/>
      </w:rPr>
    </w:pPr>
    <w:r w:rsidRPr="009C0B90">
      <w:rPr>
        <w:rFonts w:ascii="Times New Roman" w:hAnsi="Times New Roman" w:cs="Times New Roman"/>
      </w:rPr>
      <w:t>Projekt „</w:t>
    </w:r>
    <w:proofErr w:type="spellStart"/>
    <w:r w:rsidRPr="009C0B90">
      <w:rPr>
        <w:rFonts w:ascii="Times New Roman" w:hAnsi="Times New Roman" w:cs="Times New Roman"/>
      </w:rPr>
      <w:t>STEAMove</w:t>
    </w:r>
    <w:proofErr w:type="spellEnd"/>
    <w:r w:rsidRPr="009C0B90">
      <w:rPr>
        <w:rFonts w:ascii="Times New Roman" w:hAnsi="Times New Roman" w:cs="Times New Roman"/>
      </w:rPr>
      <w:t xml:space="preserve"> Przedszkole – wsparcie edukacji przedszkolnej w Gminie Wisznice” | FELU.10.02-IZ.00-0113/25</w:t>
    </w:r>
  </w:p>
  <w:p w:rsidR="00EE40EB" w:rsidRDefault="00EE40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0AD" w:rsidRDefault="00D170AD">
      <w:pPr>
        <w:spacing w:after="0" w:line="240" w:lineRule="auto"/>
      </w:pPr>
      <w:r>
        <w:separator/>
      </w:r>
    </w:p>
  </w:footnote>
  <w:footnote w:type="continuationSeparator" w:id="0">
    <w:p w:rsidR="00D170AD" w:rsidRDefault="00D17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530" w:rsidRDefault="00EE40EB" w:rsidP="00EE40EB">
    <w:pPr>
      <w:jc w:val="center"/>
    </w:pPr>
    <w:r>
      <w:rPr>
        <w:noProof/>
        <w:lang w:bidi="ar-SA"/>
      </w:rPr>
      <w:drawing>
        <wp:inline distT="0" distB="0" distL="0" distR="0" wp14:anchorId="1124B710" wp14:editId="488F8959">
          <wp:extent cx="5391150" cy="752475"/>
          <wp:effectExtent l="0" t="0" r="0" b="9525"/>
          <wp:docPr id="2" name="Obraz 2" descr="Obraz zawierający tekst, Czcionka, biały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biały, zrzut ekranu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D047B"/>
    <w:multiLevelType w:val="hybridMultilevel"/>
    <w:tmpl w:val="4008CE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3824D44"/>
    <w:multiLevelType w:val="hybridMultilevel"/>
    <w:tmpl w:val="DDFEDE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A6E50B6"/>
    <w:multiLevelType w:val="hybridMultilevel"/>
    <w:tmpl w:val="929AB2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EE2675"/>
    <w:multiLevelType w:val="hybridMultilevel"/>
    <w:tmpl w:val="861C6558"/>
    <w:lvl w:ilvl="0" w:tplc="4C64ED7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0525EC0"/>
    <w:multiLevelType w:val="hybridMultilevel"/>
    <w:tmpl w:val="6478D8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4D279B"/>
    <w:multiLevelType w:val="hybridMultilevel"/>
    <w:tmpl w:val="EC1A2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974D52"/>
    <w:multiLevelType w:val="hybridMultilevel"/>
    <w:tmpl w:val="F536B0E2"/>
    <w:lvl w:ilvl="0" w:tplc="22F8EA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686E3C"/>
    <w:multiLevelType w:val="hybridMultilevel"/>
    <w:tmpl w:val="76FC3D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514CBD"/>
    <w:multiLevelType w:val="hybridMultilevel"/>
    <w:tmpl w:val="6D7A4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A1F28"/>
    <w:multiLevelType w:val="hybridMultilevel"/>
    <w:tmpl w:val="EBA81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34E50"/>
    <w:multiLevelType w:val="hybridMultilevel"/>
    <w:tmpl w:val="65443642"/>
    <w:lvl w:ilvl="0" w:tplc="779E4B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E213A5"/>
    <w:multiLevelType w:val="hybridMultilevel"/>
    <w:tmpl w:val="CBF06A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A426DE"/>
    <w:multiLevelType w:val="hybridMultilevel"/>
    <w:tmpl w:val="BF024D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C1601"/>
    <w:multiLevelType w:val="hybridMultilevel"/>
    <w:tmpl w:val="1D7C748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18C2FC8"/>
    <w:multiLevelType w:val="hybridMultilevel"/>
    <w:tmpl w:val="6DF0F6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FFD4191"/>
    <w:multiLevelType w:val="hybridMultilevel"/>
    <w:tmpl w:val="1B724A8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8D0E4A"/>
    <w:multiLevelType w:val="hybridMultilevel"/>
    <w:tmpl w:val="51F8F2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2B51159"/>
    <w:multiLevelType w:val="hybridMultilevel"/>
    <w:tmpl w:val="EE828FCC"/>
    <w:lvl w:ilvl="0" w:tplc="22F8EA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9C8592F"/>
    <w:multiLevelType w:val="hybridMultilevel"/>
    <w:tmpl w:val="5704CB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810EB7"/>
    <w:multiLevelType w:val="hybridMultilevel"/>
    <w:tmpl w:val="8F4CC91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C76320A"/>
    <w:multiLevelType w:val="hybridMultilevel"/>
    <w:tmpl w:val="E96EB722"/>
    <w:lvl w:ilvl="0" w:tplc="98F22BC8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7BAD6861"/>
    <w:multiLevelType w:val="hybridMultilevel"/>
    <w:tmpl w:val="2156400E"/>
    <w:lvl w:ilvl="0" w:tplc="779E4B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C4155"/>
    <w:multiLevelType w:val="hybridMultilevel"/>
    <w:tmpl w:val="786059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8"/>
  </w:num>
  <w:num w:numId="11">
    <w:abstractNumId w:val="20"/>
  </w:num>
  <w:num w:numId="12">
    <w:abstractNumId w:val="11"/>
  </w:num>
  <w:num w:numId="13">
    <w:abstractNumId w:val="22"/>
  </w:num>
  <w:num w:numId="14">
    <w:abstractNumId w:val="24"/>
  </w:num>
  <w:num w:numId="15">
    <w:abstractNumId w:val="26"/>
  </w:num>
  <w:num w:numId="16">
    <w:abstractNumId w:val="15"/>
  </w:num>
  <w:num w:numId="17">
    <w:abstractNumId w:val="19"/>
  </w:num>
  <w:num w:numId="18">
    <w:abstractNumId w:val="30"/>
  </w:num>
  <w:num w:numId="19">
    <w:abstractNumId w:val="18"/>
  </w:num>
  <w:num w:numId="20">
    <w:abstractNumId w:val="31"/>
  </w:num>
  <w:num w:numId="21">
    <w:abstractNumId w:val="16"/>
  </w:num>
  <w:num w:numId="22">
    <w:abstractNumId w:val="27"/>
  </w:num>
  <w:num w:numId="23">
    <w:abstractNumId w:val="14"/>
  </w:num>
  <w:num w:numId="24">
    <w:abstractNumId w:val="9"/>
  </w:num>
  <w:num w:numId="25">
    <w:abstractNumId w:val="10"/>
  </w:num>
  <w:num w:numId="26">
    <w:abstractNumId w:val="23"/>
  </w:num>
  <w:num w:numId="27">
    <w:abstractNumId w:val="29"/>
  </w:num>
  <w:num w:numId="28">
    <w:abstractNumId w:val="21"/>
  </w:num>
  <w:num w:numId="29">
    <w:abstractNumId w:val="12"/>
  </w:num>
  <w:num w:numId="30">
    <w:abstractNumId w:val="25"/>
  </w:num>
  <w:num w:numId="31">
    <w:abstractNumId w:val="1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18FB"/>
    <w:rsid w:val="00034616"/>
    <w:rsid w:val="0006063C"/>
    <w:rsid w:val="000F0530"/>
    <w:rsid w:val="00103E59"/>
    <w:rsid w:val="0015074B"/>
    <w:rsid w:val="0019754C"/>
    <w:rsid w:val="00273CFB"/>
    <w:rsid w:val="0029639D"/>
    <w:rsid w:val="00326F90"/>
    <w:rsid w:val="00442170"/>
    <w:rsid w:val="004A2637"/>
    <w:rsid w:val="00625E5A"/>
    <w:rsid w:val="007128EB"/>
    <w:rsid w:val="007D2CA0"/>
    <w:rsid w:val="008A05E5"/>
    <w:rsid w:val="00945012"/>
    <w:rsid w:val="009B535A"/>
    <w:rsid w:val="00A4780F"/>
    <w:rsid w:val="00A53A5C"/>
    <w:rsid w:val="00AA1D8D"/>
    <w:rsid w:val="00B47730"/>
    <w:rsid w:val="00BA4030"/>
    <w:rsid w:val="00C128D6"/>
    <w:rsid w:val="00CB0664"/>
    <w:rsid w:val="00D170AD"/>
    <w:rsid w:val="00DB7B53"/>
    <w:rsid w:val="00EA5376"/>
    <w:rsid w:val="00EC0F96"/>
    <w:rsid w:val="00EE0E44"/>
    <w:rsid w:val="00EE40EB"/>
    <w:rsid w:val="00FB02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F8E5381-FCAD-4E30-897D-415BE6C6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20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pl-PL" w:eastAsia="pl-PL" w:bidi="pl-PL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 w:eastAsia="pl-PL" w:bidi="pl-PL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lang w:val="pl-PL" w:eastAsia="pl-PL"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lang w:val="pl-PL" w:eastAsia="pl-PL" w:bidi="pl-P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  <w:lang w:val="pl-PL" w:eastAsia="pl-PL" w:bidi="pl-PL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  <w:lang w:val="pl-PL" w:eastAsia="pl-PL" w:bidi="pl-PL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basedOn w:val="Domylnaczcionkaakapitu"/>
    <w:link w:val="Akapitzlist"/>
    <w:uiPriority w:val="34"/>
    <w:locked/>
    <w:rsid w:val="00FB022C"/>
    <w:rPr>
      <w:rFonts w:ascii="Arial" w:hAnsi="Arial"/>
      <w:sz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E98489-94FF-4C12-9BD2-BB8447C56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371</Words>
  <Characters>2230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Ewa Jarosławska-Popielewicz</cp:lastModifiedBy>
  <cp:revision>3</cp:revision>
  <cp:lastPrinted>2026-09-21T09:30:00Z</cp:lastPrinted>
  <dcterms:created xsi:type="dcterms:W3CDTF">2026-09-30T12:20:00Z</dcterms:created>
  <dcterms:modified xsi:type="dcterms:W3CDTF">2026-11-03T10:42:00Z</dcterms:modified>
  <cp:category/>
</cp:coreProperties>
</file>